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Credit application</w:t>
      </w:r>
    </w:p>
    <w:p>
      <w:r>
        <w:rPr>
          <w:i w:val="0"/>
          <w:color w:val="5B6773"/>
          <w:sz w:val="18"/>
        </w:rPr>
        <w:t>[Your company name] · [Address] · [Phone] · [Email] · VAT / EIN [number]</w:t>
      </w:r>
    </w:p>
    <w:p>
      <w:r>
        <w:rPr>
          <w:i w:val="0"/>
          <w:color w:val="5B6773"/>
          <w:sz w:val="18"/>
        </w:rPr>
        <w:t>Please complete every field. We will check the details you give with the official company register, the VAT or tax record and a credit report. Credit is only opened once this form is signed and our trading terms are agreed.</w:t>
      </w:r>
    </w:p>
    <w:p>
      <w:pPr>
        <w:pStyle w:val="Heading2"/>
      </w:pPr>
      <w:r>
        <w:t>1. Company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24"/>
        <w:gridCol w:w="2608"/>
        <w:gridCol w:w="2324"/>
        <w:gridCol w:w="2608"/>
      </w:tblGrid>
      <w:tr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Legal company name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[Exact registered name]</w:t>
            </w:r>
          </w:p>
        </w:tc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Trading name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[If different]</w:t>
            </w:r>
          </w:p>
        </w:tc>
      </w:tr>
      <w:tr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Company registration no.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[Number and register]</w:t>
            </w:r>
          </w:p>
        </w:tc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VAT no. (EU/UK) or EIN (US)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[Number]</w:t>
            </w:r>
          </w:p>
        </w:tc>
      </w:tr>
      <w:tr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Registered address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[Street, city, postcode, country]</w:t>
            </w:r>
          </w:p>
        </w:tc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Invoice address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[If different]</w:t>
            </w:r>
          </w:p>
        </w:tc>
      </w:tr>
      <w:tr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Date established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[DD/MM/YYYY]</w:t>
            </w:r>
          </w:p>
        </w:tc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Legal form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[Ltd / GmbH / UAB / LLC / Inc. / other]</w:t>
            </w:r>
          </w:p>
        </w:tc>
      </w:tr>
      <w:tr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EORI no. (if customs work)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[Number]</w:t>
            </w:r>
          </w:p>
        </w:tc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Website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[URL]</w:t>
            </w:r>
          </w:p>
        </w:tc>
      </w:tr>
    </w:tbl>
    <w:p>
      <w:pPr>
        <w:pStyle w:val="Heading2"/>
      </w:pPr>
      <w:r>
        <w:t>2. Contacts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2494"/>
        <w:gridCol w:w="2608"/>
        <w:gridCol w:w="2381"/>
      </w:tblGrid>
      <w:tr>
        <w:tc>
          <w:tcPr>
            <w:tcW w:type="dxa" w:w="2381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Role</w:t>
            </w:r>
          </w:p>
        </w:tc>
        <w:tc>
          <w:tcPr>
            <w:tcW w:type="dxa" w:w="2494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Name</w:t>
            </w:r>
          </w:p>
        </w:tc>
        <w:tc>
          <w:tcPr>
            <w:tcW w:type="dxa" w:w="2608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Email</w:t>
            </w:r>
          </w:p>
        </w:tc>
        <w:tc>
          <w:tcPr>
            <w:tcW w:type="dxa" w:w="2381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Phone</w:t>
            </w:r>
          </w:p>
        </w:tc>
      </w:tr>
      <w:tr>
        <w:tc>
          <w:tcPr>
            <w:tcW w:type="dxa" w:w="2381"/>
          </w:tcPr>
          <w:p>
            <w:pPr>
              <w:spacing w:after="0"/>
            </w:pPr>
            <w:r>
              <w:rPr>
                <w:sz w:val="19"/>
              </w:rPr>
              <w:t>Operations / bookings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sz w:val="19"/>
              </w:rPr>
              <w:t>[Name]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[Email]</w:t>
            </w:r>
          </w:p>
        </w:tc>
        <w:tc>
          <w:tcPr>
            <w:tcW w:type="dxa" w:w="2381"/>
          </w:tcPr>
          <w:p>
            <w:pPr>
              <w:spacing w:after="0"/>
            </w:pPr>
            <w:r>
              <w:rPr>
                <w:sz w:val="19"/>
              </w:rPr>
              <w:t>[Phone]</w:t>
            </w:r>
          </w:p>
        </w:tc>
      </w:tr>
      <w:tr>
        <w:tc>
          <w:tcPr>
            <w:tcW w:type="dxa" w:w="2381"/>
          </w:tcPr>
          <w:p>
            <w:pPr>
              <w:spacing w:after="0"/>
            </w:pPr>
            <w:r>
              <w:rPr>
                <w:sz w:val="19"/>
              </w:rPr>
              <w:t>Accounts payable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sz w:val="19"/>
              </w:rPr>
              <w:t>[Name]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[Email]</w:t>
            </w:r>
          </w:p>
        </w:tc>
        <w:tc>
          <w:tcPr>
            <w:tcW w:type="dxa" w:w="2381"/>
          </w:tcPr>
          <w:p>
            <w:pPr>
              <w:spacing w:after="0"/>
            </w:pPr>
            <w:r>
              <w:rPr>
                <w:sz w:val="19"/>
              </w:rPr>
              <w:t>[Phone]</w:t>
            </w:r>
          </w:p>
        </w:tc>
      </w:tr>
      <w:tr>
        <w:tc>
          <w:tcPr>
            <w:tcW w:type="dxa" w:w="2381"/>
          </w:tcPr>
          <w:p>
            <w:pPr>
              <w:spacing w:after="0"/>
            </w:pPr>
            <w:r>
              <w:rPr>
                <w:sz w:val="19"/>
              </w:rPr>
              <w:t>Owner / director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sz w:val="19"/>
              </w:rPr>
              <w:t>[Name]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[Email]</w:t>
            </w:r>
          </w:p>
        </w:tc>
        <w:tc>
          <w:tcPr>
            <w:tcW w:type="dxa" w:w="2381"/>
          </w:tcPr>
          <w:p>
            <w:pPr>
              <w:spacing w:after="0"/>
            </w:pPr>
            <w:r>
              <w:rPr>
                <w:sz w:val="19"/>
              </w:rPr>
              <w:t>[Phone]</w:t>
            </w:r>
          </w:p>
        </w:tc>
      </w:tr>
    </w:tbl>
    <w:p>
      <w:pPr>
        <w:pStyle w:val="Heading2"/>
      </w:pPr>
      <w:r>
        <w:t>3. Credit requested and invoicing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24"/>
        <w:gridCol w:w="2608"/>
        <w:gridCol w:w="2324"/>
        <w:gridCol w:w="2608"/>
      </w:tblGrid>
      <w:tr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Credit limit requested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[Amount and currency]</w:t>
            </w:r>
          </w:p>
        </w:tc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Expected monthly spend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[Amount]</w:t>
            </w:r>
          </w:p>
        </w:tc>
      </w:tr>
      <w:tr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Payment terms requested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[e.g. 14 / 30 days from invoice]</w:t>
            </w:r>
          </w:p>
        </w:tc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Invoices sent to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[Email address]</w:t>
            </w:r>
          </w:p>
        </w:tc>
      </w:tr>
      <w:tr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Purchase order needed on invoice?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[Yes / No]</w:t>
            </w:r>
          </w:p>
        </w:tc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Services needed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[Road / sea / air / customs / warehousing]</w:t>
            </w:r>
          </w:p>
        </w:tc>
      </w:tr>
    </w:tbl>
    <w:p>
      <w:pPr>
        <w:pStyle w:val="Heading2"/>
      </w:pPr>
      <w:r>
        <w:t>4. Bank and trade references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7"/>
        <w:gridCol w:w="3402"/>
        <w:gridCol w:w="2608"/>
        <w:gridCol w:w="1927"/>
      </w:tblGrid>
      <w:tr>
        <w:tc>
          <w:tcPr>
            <w:tcW w:type="dxa" w:w="1928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Reference</w:t>
            </w:r>
          </w:p>
        </w:tc>
        <w:tc>
          <w:tcPr>
            <w:tcW w:type="dxa" w:w="3402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Company and contact</w:t>
            </w:r>
          </w:p>
        </w:tc>
        <w:tc>
          <w:tcPr>
            <w:tcW w:type="dxa" w:w="2608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Phone / email</w:t>
            </w:r>
          </w:p>
        </w:tc>
        <w:tc>
          <w:tcPr>
            <w:tcW w:type="dxa" w:w="1928"/>
            <w:shd w:val="clear" w:color="auto" w:fill="E8ECEF"/>
          </w:tcPr>
          <w:p>
            <w:pPr>
              <w:spacing w:after="0"/>
            </w:pPr>
            <w:r>
              <w:rPr>
                <w:b/>
                <w:sz w:val="19"/>
              </w:rPr>
              <w:t>Trading since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>
              <w:rPr>
                <w:sz w:val="19"/>
              </w:rPr>
              <w:t>Bank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sz w:val="19"/>
              </w:rPr>
              <w:t>[Bank name, branch, contact]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[Phone / email]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sz w:val="19"/>
              </w:rPr>
              <w:t>[Year]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>
              <w:rPr>
                <w:sz w:val="19"/>
              </w:rPr>
              <w:t>Trade reference 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sz w:val="19"/>
              </w:rPr>
              <w:t>[Supplier name, contact]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[Phone / email]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sz w:val="19"/>
              </w:rPr>
              <w:t>[Year]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>
              <w:rPr>
                <w:sz w:val="19"/>
              </w:rPr>
              <w:t>Trade reference 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sz w:val="19"/>
              </w:rPr>
              <w:t>[Supplier name, contact]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[Phone / email]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sz w:val="19"/>
              </w:rPr>
              <w:t>[Year]</w:t>
            </w:r>
          </w:p>
        </w:tc>
      </w:tr>
    </w:tbl>
    <w:p>
      <w:r>
        <w:rPr>
          <w:i w:val="0"/>
          <w:color w:val="5B6773"/>
          <w:sz w:val="17"/>
        </w:rPr>
        <w:t>You authorise us to contact these references and to obtain a business credit report on the company.</w:t>
      </w:r>
    </w:p>
    <w:p>
      <w:pPr>
        <w:pStyle w:val="Heading2"/>
      </w:pPr>
      <w:r>
        <w:t>5. Declaration and signature</w:t>
      </w:r>
    </w:p>
    <w:p>
      <w:r>
        <w:rPr>
          <w:sz w:val="19"/>
        </w:rPr>
        <w:t>I confirm that the information above is true and complete, that I am authorised to sign for the company, and that the company accepts [Your company name]’s trading terms ([name and version of terms]), a copy of which I have received. We will tell you in writing of any change of ownership, name, address or bank details.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24"/>
        <w:gridCol w:w="2608"/>
        <w:gridCol w:w="2324"/>
        <w:gridCol w:w="2608"/>
      </w:tblGrid>
      <w:tr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Name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[Full name]</w:t>
            </w:r>
          </w:p>
        </w:tc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Position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[Title]</w:t>
            </w:r>
          </w:p>
        </w:tc>
      </w:tr>
      <w:tr>
        <w:trPr>
          <w:trHeight w:val="624" w:hRule="atLeast"/>
        </w:trPr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Signature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Date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[DD/MM/YYYY]</w:t>
            </w:r>
          </w:p>
        </w:tc>
      </w:tr>
    </w:tbl>
    <w:p>
      <w:pPr>
        <w:pStyle w:val="Heading2"/>
      </w:pPr>
      <w:r>
        <w:t>6. Personal guarantee (optional — only if we ask for it)</w:t>
      </w:r>
    </w:p>
    <w:p>
      <w:r>
        <w:rPr>
          <w:sz w:val="19"/>
        </w:rPr>
        <w:t>In return for credit being given to the company named above, I personally guarantee payment of all sums the company owes to [Your company name], up to [amount and currency], and agree that a personal credit check may be made. This guarantee continues until cancelled in writing; cancellation does not affect amounts already owed.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24"/>
        <w:gridCol w:w="2608"/>
        <w:gridCol w:w="2324"/>
        <w:gridCol w:w="2608"/>
      </w:tblGrid>
      <w:tr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Guarantor name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[Full name]</w:t>
            </w:r>
          </w:p>
        </w:tc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Home address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[Address]</w:t>
            </w:r>
          </w:p>
        </w:tc>
      </w:tr>
      <w:tr>
        <w:trPr>
          <w:trHeight w:val="624" w:hRule="atLeast"/>
        </w:trPr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Signature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</w:r>
          </w:p>
        </w:tc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Date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[DD/MM/YYYY]</w:t>
            </w:r>
          </w:p>
        </w:tc>
      </w:tr>
      <w:tr>
        <w:trPr>
          <w:trHeight w:val="624" w:hRule="atLeast"/>
        </w:trPr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Witness name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[Full name]</w:t>
            </w:r>
          </w:p>
        </w:tc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Witness signature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t>For office use (not to be completed by the applicant)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24"/>
        <w:gridCol w:w="2608"/>
        <w:gridCol w:w="2324"/>
        <w:gridCol w:w="2608"/>
      </w:tblGrid>
      <w:tr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Company register checked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[Date / by]</w:t>
            </w:r>
          </w:p>
        </w:tc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VAT (VIES) or tax ID checked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[Date / by]</w:t>
            </w:r>
          </w:p>
        </w:tc>
      </w:tr>
      <w:tr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Credit report / score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[Result, date]</w:t>
            </w:r>
          </w:p>
        </w:tc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References answered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[Yes / No]</w:t>
            </w:r>
          </w:p>
        </w:tc>
      </w:tr>
      <w:tr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Limit approved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Terms approved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[Days]</w:t>
            </w:r>
          </w:p>
        </w:tc>
      </w:tr>
      <w:tr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Approved by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[Name]</w:t>
            </w:r>
          </w:p>
        </w:tc>
        <w:tc>
          <w:tcPr>
            <w:tcW w:type="dxa" w:w="2324"/>
            <w:shd w:val="clear" w:color="auto" w:fill="F5F7F8"/>
          </w:tcPr>
          <w:p>
            <w:pPr>
              <w:spacing w:after="0"/>
            </w:pPr>
            <w:r>
              <w:rPr>
                <w:b w:val="0"/>
                <w:color w:val="5B6773"/>
                <w:sz w:val="19"/>
              </w:rPr>
              <w:t>Review date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sz w:val="19"/>
              </w:rPr>
              <w:t>[DD/MM/YYYY]</w:t>
            </w:r>
          </w:p>
        </w:tc>
      </w:tr>
    </w:tbl>
    <w:p>
      <w:r>
        <w:rPr>
          <w:i/>
          <w:color w:val="5B6773"/>
          <w:sz w:val="15"/>
        </w:rPr>
        <w:t>Template from getsteplane.com. General information, not legal advice. Check the guarantee wording with a local lawyer before use.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color w:val="1F2A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/>
      <w:outlineLvl w:val="0"/>
    </w:pPr>
    <w:rPr>
      <w:rFonts w:asciiTheme="majorHAnsi" w:eastAsiaTheme="majorEastAsia" w:hAnsiTheme="majorHAnsi" w:cstheme="majorBidi" w:ascii="Calibri" w:hAnsi="Calibri" w:eastAsia="Calibri" w:cs="Calibri"/>
      <w:b/>
      <w:bCs/>
      <w:color w:val="1F2A3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Calibri" w:hAnsi="Calibri" w:eastAsia="Calibri" w:cs="Calibri"/>
      <w:b/>
      <w:bCs/>
      <w:color w:val="1F2A3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application template</dc:title>
  <dc:subject/>
  <dc:creator>Steplane</dc:creator>
  <cp:keywords/>
  <dc:description>generated by python-docx</dc:description>
  <cp:lastModifiedBy>Steplane</cp:lastModifiedBy>
  <cp:revision>1</cp:revision>
  <dcterms:created xsi:type="dcterms:W3CDTF">2013-12-23T23:15:00Z</dcterms:created>
  <dcterms:modified xsi:type="dcterms:W3CDTF">2013-12-23T23:15:00Z</dcterms:modified>
  <cp:category/>
</cp:coreProperties>
</file>